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EE0" w:rsidRDefault="00DD18F0">
      <w:pPr>
        <w:jc w:val="center"/>
      </w:pPr>
      <w:bookmarkStart w:id="0" w:name="_GoBack"/>
      <w:bookmarkEnd w:id="0"/>
      <w:r>
        <w:rPr>
          <w:b/>
          <w:sz w:val="30"/>
        </w:rPr>
        <w:t>PRILOG 3</w:t>
      </w:r>
    </w:p>
    <w:p w:rsidR="00AA0EE0" w:rsidRDefault="00DD18F0">
      <w:pPr>
        <w:jc w:val="center"/>
      </w:pPr>
      <w:r>
        <w:rPr>
          <w:b/>
          <w:sz w:val="22"/>
        </w:rPr>
        <w:t>POPIS GLAVNIH USLUGA</w:t>
      </w:r>
    </w:p>
    <w:p w:rsidR="00AA0EE0" w:rsidRDefault="00DD18F0">
      <w:r>
        <w:t>Postupak jednostavne nabave: "Izrada projektne dokumentacije za rekonstrukciju školske kuhinje i izgradnju nove blagovaonice"</w:t>
      </w:r>
    </w:p>
    <w:p w:rsidR="00AA0EE0" w:rsidRDefault="00DD18F0">
      <w:r>
        <w:t>Evidencijski broj nabave: JN 17/26</w:t>
      </w:r>
    </w:p>
    <w:p w:rsidR="00AA0EE0" w:rsidRDefault="00DD18F0">
      <w:r>
        <w:t xml:space="preserve">Naziv ponuditelja: </w:t>
      </w:r>
      <w:r>
        <w:t>______________________________________________________________</w:t>
      </w:r>
    </w:p>
    <w:p w:rsidR="00AA0EE0" w:rsidRDefault="00DD18F0">
      <w:r>
        <w:t>OIB / nacionalni identifikacijski broj: _____________________________________________</w:t>
      </w:r>
    </w:p>
    <w:p w:rsidR="00AA0EE0" w:rsidRDefault="00DD18F0">
      <w:r>
        <w:t>Ponuditelj navodi usluge kojima dokazuje ispunjenje uvjeta tehničke i stručne sposobnosti iz točke 4.2.1. P</w:t>
      </w:r>
      <w:r>
        <w:t>oziva na dostavu ponuda.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AA0EE0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:rsidR="00AA0EE0" w:rsidRDefault="00DD18F0">
            <w:r>
              <w:rPr>
                <w:b/>
                <w:sz w:val="17"/>
              </w:rPr>
              <w:t>R.br.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AA0EE0" w:rsidRDefault="00DD18F0">
            <w:r>
              <w:rPr>
                <w:b/>
                <w:sz w:val="17"/>
              </w:rPr>
              <w:t>Naziv i kratak opis usluge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AA0EE0" w:rsidRDefault="00DD18F0">
            <w:r>
              <w:rPr>
                <w:b/>
                <w:sz w:val="17"/>
              </w:rPr>
              <w:t>Naručitelj i kontakt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AA0EE0" w:rsidRDefault="00DD18F0">
            <w:r>
              <w:rPr>
                <w:b/>
                <w:sz w:val="17"/>
              </w:rPr>
              <w:t>Razdoblje izvršenja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AA0EE0" w:rsidRDefault="00DD18F0">
            <w:r>
              <w:rPr>
                <w:b/>
                <w:sz w:val="17"/>
              </w:rPr>
              <w:t>Vrijednost bez PDV-a (€)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AA0EE0" w:rsidRDefault="00DD18F0">
            <w:r>
              <w:rPr>
                <w:b/>
                <w:sz w:val="17"/>
              </w:rPr>
              <w:t>Uredno izvršena (DA/NE)</w:t>
            </w:r>
          </w:p>
        </w:tc>
      </w:tr>
      <w:tr w:rsidR="00AA0EE0">
        <w:trPr>
          <w:jc w:val="center"/>
        </w:trPr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AA0EE0">
        <w:trPr>
          <w:jc w:val="center"/>
        </w:trPr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AA0EE0">
        <w:trPr>
          <w:jc w:val="center"/>
        </w:trPr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AA0EE0">
        <w:trPr>
          <w:jc w:val="center"/>
        </w:trPr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AA0EE0">
        <w:trPr>
          <w:jc w:val="center"/>
        </w:trPr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662" w:type="dxa"/>
            <w:vAlign w:val="center"/>
          </w:tcPr>
          <w:p w:rsidR="00AA0EE0" w:rsidRDefault="00DD18F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:rsidR="00AA0EE0" w:rsidRDefault="00AA0EE0"/>
    <w:p w:rsidR="00AA0EE0" w:rsidRDefault="00DD18F0">
      <w:r>
        <w:t>Napomena: Naručitelj može provjeriti istinitost navedenih podataka kod navedenog naručitelja te zatražiti potvrdu ili drugi odgovarajući dokaz o urednom izvršenju usluge.</w:t>
      </w:r>
    </w:p>
    <w:p w:rsidR="00AA0EE0" w:rsidRDefault="00AA0EE0"/>
    <w:p w:rsidR="00AA0EE0" w:rsidRDefault="00DD18F0">
      <w:r>
        <w:t>U ________________________, dana __________________ 2026. godine</w:t>
      </w:r>
    </w:p>
    <w:p w:rsidR="00AA0EE0" w:rsidRDefault="00AA0EE0"/>
    <w:p w:rsidR="00AA0EE0" w:rsidRDefault="00DD18F0">
      <w:r>
        <w:t>Za ponuditelja:</w:t>
      </w:r>
    </w:p>
    <w:p w:rsidR="00AA0EE0" w:rsidRDefault="00DD18F0">
      <w:r>
        <w:t>Ime i prezime ovlaštene osobe: _________________________________________________</w:t>
      </w:r>
    </w:p>
    <w:p w:rsidR="00AA0EE0" w:rsidRDefault="00DD18F0">
      <w:r>
        <w:t>Funkcija: _____________________________________________________________________</w:t>
      </w:r>
    </w:p>
    <w:p w:rsidR="00AA0EE0" w:rsidRDefault="00DD18F0">
      <w:r>
        <w:t>Potpis: ____________________________________</w:t>
      </w:r>
    </w:p>
    <w:sectPr w:rsidR="00AA0EE0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8F0" w:rsidRDefault="00DD18F0">
      <w:pPr>
        <w:spacing w:after="0" w:line="240" w:lineRule="auto"/>
      </w:pPr>
      <w:r>
        <w:separator/>
      </w:r>
    </w:p>
  </w:endnote>
  <w:endnote w:type="continuationSeparator" w:id="0">
    <w:p w:rsidR="00DD18F0" w:rsidRDefault="00DD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EE0" w:rsidRDefault="00DD18F0">
    <w:pPr>
      <w:pStyle w:val="Podnoje"/>
      <w:jc w:val="center"/>
    </w:pPr>
    <w:r>
      <w:rPr>
        <w:sz w:val="16"/>
      </w:rPr>
      <w:t>Prilog 3 - Popis glavnih usluga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8F0" w:rsidRDefault="00DD18F0">
      <w:pPr>
        <w:spacing w:after="0" w:line="240" w:lineRule="auto"/>
      </w:pPr>
      <w:r>
        <w:separator/>
      </w:r>
    </w:p>
  </w:footnote>
  <w:footnote w:type="continuationSeparator" w:id="0">
    <w:p w:rsidR="00DD18F0" w:rsidRDefault="00DD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4E2E"/>
    <w:rsid w:val="0006063C"/>
    <w:rsid w:val="0015074B"/>
    <w:rsid w:val="0029639D"/>
    <w:rsid w:val="00326F90"/>
    <w:rsid w:val="00AA0EE0"/>
    <w:rsid w:val="00AA1D8D"/>
    <w:rsid w:val="00B47730"/>
    <w:rsid w:val="00CB0664"/>
    <w:rsid w:val="00DD18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A925945-EE97-441B-948B-C501CFC3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C77194-9A3F-4543-BD65-9A6EEBCE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infoteltestzadar@gmail.com</cp:lastModifiedBy>
  <cp:revision>2</cp:revision>
  <dcterms:created xsi:type="dcterms:W3CDTF">2013-12-23T23:15:00Z</dcterms:created>
  <dcterms:modified xsi:type="dcterms:W3CDTF">2026-06-22T08:34:00Z</dcterms:modified>
  <cp:category/>
</cp:coreProperties>
</file>